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Weekly Current Affairs (1–15 November 2025)</w:t>
      </w:r>
    </w:p>
    <w:p>
      <w:r>
        <w:t>1. Bharat Parv 2025 kis avadhi me manaya gaya? – 1–15 November 2025</w:t>
      </w:r>
    </w:p>
    <w:p>
      <w:r>
        <w:t>2. Bharat Parv kis neta ki 150th jayanti ke liye samarpit hai? – Sardar Vallabhbhai Patel</w:t>
      </w:r>
    </w:p>
    <w:p>
      <w:r>
        <w:t>3. Bharat Parv ka main venue kya tha? – Statue of Unity, Ekta Nagar</w:t>
      </w:r>
    </w:p>
    <w:p>
      <w:r>
        <w:t>4. Unity Parade har saal kis din hogi? – 31 October</w:t>
      </w:r>
    </w:p>
    <w:p>
      <w:r>
        <w:t>5. Janjatiya Gaurav Diwas kab manaya gaya? – 15 November</w:t>
      </w:r>
    </w:p>
    <w:p>
      <w:r>
        <w:t>6. Nowgam Police Station blast kaha hua? – Srinagar, J&amp;K</w:t>
      </w:r>
    </w:p>
    <w:p>
      <w:r>
        <w:t>7. Nowgam blast me kitni maut hui? – 9</w:t>
      </w:r>
    </w:p>
    <w:p>
      <w:r>
        <w:t>8. Nowgam blast me kitne ghayal hue? – 27–32</w:t>
      </w:r>
    </w:p>
    <w:p>
      <w:r>
        <w:t>9. Nowgam blast ko kis prakaar ki ghatna mana gaya? – Accidental</w:t>
      </w:r>
    </w:p>
    <w:p>
      <w:r>
        <w:t>10. Delhi Red Fort car blast kab hua? – 10 November 2025</w:t>
      </w:r>
    </w:p>
    <w:p>
      <w:r>
        <w:t>11. Delhi blast ko kis type ki ghatna mana gaya? – Terror Incident</w:t>
      </w:r>
    </w:p>
    <w:p>
      <w:r>
        <w:t>12. Delhi blast me kaunsa explosive mila? – Ammonium Nitrate</w:t>
      </w:r>
    </w:p>
    <w:p>
      <w:r>
        <w:t>13. Delhi blast ki investigation kis agency ne sambhali? – NIA</w:t>
      </w:r>
    </w:p>
    <w:p>
      <w:r>
        <w:t>14. India ne Botswana ke saath kya agreement sign kiya? – Cheetah Translocation</w:t>
      </w:r>
    </w:p>
    <w:p>
      <w:r>
        <w:t>15. Botswana se kitne cheetah India aayenge? – 8</w:t>
      </w:r>
    </w:p>
    <w:p>
      <w:r>
        <w:t>16. India duniya ka kitna bada patent filer ban gaya? – 6th</w:t>
      </w:r>
    </w:p>
    <w:p>
      <w:r>
        <w:t>17. India ne total kitne patent file kiye? – 64,000+</w:t>
      </w:r>
    </w:p>
    <w:p>
      <w:r>
        <w:t>18. Patent filing me Indian applicants ka percentage kya hai? – 55%+</w:t>
      </w:r>
    </w:p>
    <w:p>
      <w:r>
        <w:t>19. Deep Ocean Mission me underwater lab kitni depth tak hogi? – 6000 meters</w:t>
      </w:r>
    </w:p>
    <w:p>
      <w:r>
        <w:t>20. Samudrayaan ka manned submersible kaun sa hai? – Matsya-6000</w:t>
      </w:r>
    </w:p>
    <w:p>
      <w:r>
        <w:t>21. Wildlife Health Institute 2025 kahaan bana? – Dehradun</w:t>
      </w:r>
    </w:p>
    <w:p>
      <w:r>
        <w:t>22. India CO2 emission growth 2025 me kitni rahi? – 1.4%</w:t>
      </w:r>
    </w:p>
    <w:p>
      <w:r>
        <w:t>23. Startup Export Growth kaunsa quarter highest raha? – Q3 2025</w:t>
      </w:r>
    </w:p>
    <w:p>
      <w:r>
        <w:t>24. Kisan Crop-Risk Dashboard kis ministry ne launch kiya? – Agriculture Ministry</w:t>
      </w:r>
    </w:p>
    <w:p>
      <w:r>
        <w:t>25. 5G rural expansion kitne districts tak pahucha? – 620+</w:t>
      </w:r>
    </w:p>
    <w:p>
      <w:r>
        <w:t>26. Asian Champions Trophy 2025 kisne jeeti? – India Men's Hockey Team</w:t>
      </w:r>
    </w:p>
    <w:p>
      <w:r>
        <w:t>27. Fastest T20i fifty kisne maari? – Suryakumar Yadav</w:t>
      </w:r>
    </w:p>
    <w:p>
      <w:r>
        <w:t>28. Women's T20 Challenger Cup kisne jeeta? – Railways Women</w:t>
      </w:r>
    </w:p>
    <w:p>
      <w:r>
        <w:t>29. Badminton Super 500 title kaun jeeta? – Lakshya Sen</w:t>
      </w:r>
    </w:p>
    <w:p>
      <w:r>
        <w:t>30. 5 November 2025 ko kaunsa festival tha? – Dhanteras</w:t>
      </w:r>
    </w:p>
    <w:p>
      <w:r>
        <w:t>31. 12 November ko kaunsa parv tha? – Guru Nanak Jayanti</w:t>
      </w:r>
    </w:p>
    <w:p>
      <w:r>
        <w:t>32. Clean City Index 2025 ka winner? – Indore</w:t>
      </w:r>
    </w:p>
    <w:p>
      <w:r>
        <w:t>33. Janjatiya Gaurav Varsh kab manaya gaya? – 1–15 November</w:t>
      </w:r>
    </w:p>
    <w:p>
      <w:r>
        <w:t>34. India-Botswana agreement kis project se related hai? – Project Cheetah</w:t>
      </w:r>
    </w:p>
    <w:p>
      <w:r>
        <w:t>35. Global Forest Restoration Index me India ki rank kya rahi? – 3rd</w:t>
      </w:r>
    </w:p>
    <w:p>
      <w:r>
        <w:t>36. AI Cloud Grid upgrade kis sector me hua? – National AI</w:t>
      </w:r>
    </w:p>
    <w:p>
      <w:r>
        <w:t>37. Toxic-material scanning system ka naam? – PortaScan-X</w:t>
      </w:r>
    </w:p>
    <w:p>
      <w:r>
        <w:t>38. COP-30 conference main theme kya tha? – Climate Action</w:t>
      </w:r>
    </w:p>
    <w:p>
      <w:r>
        <w:t>39. Kis country ne Sovereign Green Fund launch kiya? – UAE</w:t>
      </w:r>
    </w:p>
    <w:p>
      <w:r>
        <w:t>40. Maritime Security Cooperation Plan update kis desh ne kiya? – Japan</w:t>
      </w:r>
    </w:p>
    <w:p>
      <w:r>
        <w:t>41. Railways ne kis field me upgrade announce kiya? – Smart Signalling</w:t>
      </w:r>
    </w:p>
    <w:p>
      <w:r>
        <w:t>42. National Security Modernisation kis year tak extend hua? – 2026</w:t>
      </w:r>
    </w:p>
    <w:p>
      <w:r>
        <w:t>43. Agriculture me kaunsa tech model launch hua? – Smart Irrigation AI Model</w:t>
      </w:r>
    </w:p>
    <w:p>
      <w:r>
        <w:t>44. National TRIBAL Excellence Award 2025 kisko mila? – Jharkhand Tribal Research Institute</w:t>
      </w:r>
    </w:p>
    <w:p>
      <w:r>
        <w:t>45. Green Hero Award kisko mila? – Aditi Rao</w:t>
      </w:r>
    </w:p>
    <w:p>
      <w:r>
        <w:t>46. Climate Risk Index me India ki position kya rahi? – 7th</w:t>
      </w:r>
    </w:p>
    <w:p>
      <w:r>
        <w:t>47. National Innovation Excellence Award kisko mila? – IIT Madras Group</w:t>
      </w:r>
    </w:p>
    <w:p>
      <w:r>
        <w:t>48. Indian Wildlife Conservation Award kis state ko mila? – Madhya Pradesh</w:t>
      </w:r>
    </w:p>
    <w:p>
      <w:r>
        <w:t>49. Delhi blast ka main suspect kaun tha? – NIA Enquiry (Name withheld)</w:t>
      </w:r>
    </w:p>
    <w:p>
      <w:r>
        <w:t>50. Bharat Parv ke major events kya the? – Cultural Shows, State Pavilions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