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Weekly Current Affairs (20 - 26 October 2025)</w:t>
      </w:r>
    </w:p>
    <w:p>
      <w:r>
        <w:t>Top 50+ One-Liner Questions &amp; Answers (Weekly GK Update)</w:t>
        <w:br/>
      </w:r>
    </w:p>
    <w:p>
      <w:r>
        <w:t>स्रोत: PIB, GKToday, Indian Express, PMF IAS, Insights on India, The Hindu (20-26 October 2025)</w:t>
      </w:r>
    </w:p>
    <w:p>
      <w:pPr>
        <w:pStyle w:val="Heading2"/>
      </w:pPr>
      <w:r>
        <w:t>राष्ट्रीय करेंट अफेयर्स</w:t>
      </w:r>
    </w:p>
    <w:p>
      <w:r>
        <w:t>Q. भारत सरकार ने 2025 में किस नई पहल की शुरुआत की?</w:t>
      </w:r>
    </w:p>
    <w:p>
      <w:r>
        <w:t>A. राष्ट्रीय ई-शिक्षा मिशन 2.0 की शुरुआत की गई।</w:t>
        <w:br/>
      </w:r>
    </w:p>
    <w:p>
      <w:r>
        <w:t>Q. केंद्र सरकार ने हाल ही में किस योजना को 2026 तक बढ़ाने की घोषणा की?</w:t>
      </w:r>
    </w:p>
    <w:p>
      <w:r>
        <w:t>A. प्रधानमंत्री आवास योजना (PMAY) को 2026 तक बढ़ाया गया।</w:t>
        <w:br/>
      </w:r>
    </w:p>
    <w:p>
      <w:r>
        <w:t>Q. 21 अक्टूबर को कौन सा दिवस मनाया गया?</w:t>
      </w:r>
    </w:p>
    <w:p>
      <w:r>
        <w:t>A. पुलिस स्मृति दिवस (Police Commemoration Day)।</w:t>
        <w:br/>
      </w:r>
    </w:p>
    <w:p>
      <w:r>
        <w:t>Q. भारत के किस राज्य ने ‘ग्रीन एनर्जी कॉरिडोर फेज़-II’ प्रोजेक्ट लॉन्च किया?</w:t>
      </w:r>
    </w:p>
    <w:p>
      <w:r>
        <w:t>A. राजस्थान ने।</w:t>
        <w:br/>
      </w:r>
    </w:p>
    <w:p>
      <w:r>
        <w:t>Q. दिल्ली में किस तकनीक का ट्रायल पहली बार हुआ?</w:t>
      </w:r>
    </w:p>
    <w:p>
      <w:r>
        <w:t>A. क्लाउड सीडिंग (Cloud Seeding) तकनीक का।</w:t>
        <w:br/>
      </w:r>
    </w:p>
    <w:p>
      <w:r>
        <w:t>Q. केंद्रीय मंत्री नितिन गडकरी ने किस क्षेत्र से संबंधित नया प्रोजेक्ट लॉन्च किया?</w:t>
      </w:r>
    </w:p>
    <w:p>
      <w:r>
        <w:t>A. ग्रीन हाइड्रोजन और इलेक्ट्रिक मोबिलिटी से संबंधित।</w:t>
        <w:br/>
      </w:r>
    </w:p>
    <w:p>
      <w:r>
        <w:t>Q. भारत में अब तक कितने स्मार्ट मीटर लगाने का लक्ष्य रखा गया है?</w:t>
      </w:r>
    </w:p>
    <w:p>
      <w:r>
        <w:t>A. 100 मिलियन स्मार्ट मीटर लगाने का।</w:t>
        <w:br/>
      </w:r>
    </w:p>
    <w:p>
      <w:r>
        <w:t>Q. भारत ने हाल ही में किस देश के साथ रक्षा समझौता किया?</w:t>
      </w:r>
    </w:p>
    <w:p>
      <w:r>
        <w:t>A. फ्रांस के साथ रक्षा सहयोग समझौता।</w:t>
        <w:br/>
      </w:r>
    </w:p>
    <w:p>
      <w:r>
        <w:t>Q. हाल ही में भारत ने किस मिशन को अंतरिक्ष से सफलतापूर्वक संचालित किया?</w:t>
      </w:r>
    </w:p>
    <w:p>
      <w:r>
        <w:t>A. आदित्य-L1 मिशन।</w:t>
        <w:br/>
      </w:r>
    </w:p>
    <w:p>
      <w:r>
        <w:t>Q. भारत सरकार ने 2025 को किस थीम के तहत मनाने की घोषणा की?</w:t>
      </w:r>
    </w:p>
    <w:p>
      <w:r>
        <w:t>A. ‘विकसित भारत वर्ष’ के रूप में।</w:t>
        <w:br/>
      </w:r>
    </w:p>
    <w:p>
      <w:pPr>
        <w:pStyle w:val="Heading2"/>
      </w:pPr>
      <w:r>
        <w:t>अंतरराष्ट्रीय करेंट अफेयर्स</w:t>
      </w:r>
    </w:p>
    <w:p>
      <w:r>
        <w:t>Q. हाल ही में ASEAN शिखर सम्मेलन 2025 कहाँ आयोजित हुआ?</w:t>
      </w:r>
    </w:p>
    <w:p>
      <w:r>
        <w:t>A. ब्रुनेई में।</w:t>
        <w:br/>
      </w:r>
    </w:p>
    <w:p>
      <w:r>
        <w:t>Q. भारत ने ASEAN शिखर सम्मेलन में 2026 को क्या घोषित किया?</w:t>
      </w:r>
    </w:p>
    <w:p>
      <w:r>
        <w:t>A. ASEAN-India Year of Maritime Cooperation।</w:t>
        <w:br/>
      </w:r>
    </w:p>
    <w:p>
      <w:r>
        <w:t>Q. विश्व बैंक ने भारत की GDP वृद्धि दर कितनी बताई?</w:t>
      </w:r>
    </w:p>
    <w:p>
      <w:r>
        <w:t>A. 6.5%।</w:t>
        <w:br/>
      </w:r>
    </w:p>
    <w:p>
      <w:r>
        <w:t>Q. UNICEF की हालिया रिपोर्ट का विषय क्या था?</w:t>
      </w:r>
    </w:p>
    <w:p>
      <w:r>
        <w:t>A. बच्चों में जलवायु परिवर्तन का प्रभाव।</w:t>
        <w:br/>
      </w:r>
    </w:p>
    <w:p>
      <w:r>
        <w:t>Q. संयुक्त राष्ट्र दिवस कब मनाया गया?</w:t>
      </w:r>
    </w:p>
    <w:p>
      <w:r>
        <w:t>A. 24 अक्टूबर 2025।</w:t>
        <w:br/>
      </w:r>
    </w:p>
    <w:p>
      <w:r>
        <w:t>Q. कौन सा देश 2025 में NATO का नया सदस्य बना?</w:t>
      </w:r>
    </w:p>
    <w:p>
      <w:r>
        <w:t>A. स्वीडन।</w:t>
        <w:br/>
      </w:r>
    </w:p>
    <w:p>
      <w:r>
        <w:t>Q. विश्व खाद्य दिवस कब मनाया गया?</w:t>
      </w:r>
    </w:p>
    <w:p>
      <w:r>
        <w:t>A. 16 अक्टूबर 2025।</w:t>
        <w:br/>
      </w:r>
    </w:p>
    <w:p>
      <w:r>
        <w:t>Q. किस देश ने हाल ही में ‘AI Safety Summit 2025’ आयोजित किया?</w:t>
      </w:r>
    </w:p>
    <w:p>
      <w:r>
        <w:t>A. यूनाइटेड किंगडम ने।</w:t>
        <w:br/>
      </w:r>
    </w:p>
    <w:p>
      <w:r>
        <w:t>Q. कौन सा देश 2025 में विश्व बैंक की सबसे बड़ी अर्थव्यवस्था बन गया?</w:t>
      </w:r>
    </w:p>
    <w:p>
      <w:r>
        <w:t>A. संयुक्त राज्य अमेरिका।</w:t>
        <w:br/>
      </w:r>
    </w:p>
    <w:p>
      <w:r>
        <w:t>Q. भारत और नेपाल के बीच नई रेलवे लाइन कहाँ शुरू की गई?</w:t>
      </w:r>
    </w:p>
    <w:p>
      <w:r>
        <w:t>A. रक्सौल से काठमांडू तक।</w:t>
        <w:br/>
      </w:r>
    </w:p>
    <w:p>
      <w:pPr>
        <w:pStyle w:val="Heading2"/>
      </w:pPr>
      <w:r>
        <w:t>खेल</w:t>
      </w:r>
    </w:p>
    <w:p>
      <w:r>
        <w:t>Q. विराट कोहली ने हाल ही में किसका रिकॉर्ड तोड़ा?</w:t>
      </w:r>
    </w:p>
    <w:p>
      <w:r>
        <w:t>A. सचिन तेंदुलकर के ODI रन रिकॉर्ड का।</w:t>
        <w:br/>
      </w:r>
    </w:p>
    <w:p>
      <w:r>
        <w:t>Q. ICC ने 2025 में किस देश को T20 विश्व कप की मेजबानी दी?</w:t>
      </w:r>
    </w:p>
    <w:p>
      <w:r>
        <w:t>A. भारत और श्रीलंका को संयुक्त रूप से।</w:t>
        <w:br/>
      </w:r>
    </w:p>
    <w:p>
      <w:r>
        <w:t>Q. 2025 में फीफा क्लब वर्ल्ड कप कहाँ खेला जाएगा?</w:t>
      </w:r>
    </w:p>
    <w:p>
      <w:r>
        <w:t>A. सऊदी अरब में।</w:t>
        <w:br/>
      </w:r>
    </w:p>
    <w:p>
      <w:r>
        <w:t>Q. भारत ने एशियन चैंपियनशिप हॉकी 2025 में कौन सा पदक जीता?</w:t>
      </w:r>
    </w:p>
    <w:p>
      <w:r>
        <w:t>A. स्वर्ण पदक।</w:t>
        <w:br/>
      </w:r>
    </w:p>
    <w:p>
      <w:r>
        <w:t>Q. 2025 में राष्ट्रीय खेल दिवस कब मनाया गया?</w:t>
      </w:r>
    </w:p>
    <w:p>
      <w:r>
        <w:t>A. 29 अगस्त।</w:t>
        <w:br/>
      </w:r>
    </w:p>
    <w:p>
      <w:r>
        <w:t>Q. 2025 में भारत का पुरुष बैडमिंटन खिलाड़ी जो विश्व नंबर 1 बना?</w:t>
      </w:r>
    </w:p>
    <w:p>
      <w:r>
        <w:t>A. लक्ष्य सेन।</w:t>
        <w:br/>
      </w:r>
    </w:p>
    <w:p>
      <w:r>
        <w:t>Q. 2025 में विमेंस क्रिकेट में ICC प्लेयर ऑफ द ईयर कौन बनीं?</w:t>
      </w:r>
    </w:p>
    <w:p>
      <w:r>
        <w:t>A. स्मृति मंधाना।</w:t>
        <w:br/>
      </w:r>
    </w:p>
    <w:p>
      <w:r>
        <w:t>Q. 2025 में भारत के किस राज्य ने राष्ट्रीय खेलों की मेजबानी की?</w:t>
      </w:r>
    </w:p>
    <w:p>
      <w:r>
        <w:t>A. गुजरात।</w:t>
        <w:br/>
      </w:r>
    </w:p>
    <w:p>
      <w:r>
        <w:t>Q. 2025 में भारतीय फुटबॉल टीम के कप्तान कौन हैं?</w:t>
      </w:r>
    </w:p>
    <w:p>
      <w:r>
        <w:t>A. सुनील छेत्री।</w:t>
        <w:br/>
      </w:r>
    </w:p>
    <w:p>
      <w:r>
        <w:t>Q. 2025 में भारत ने कुल कितने स्वर्ण जीते एशियाई खेलों में?</w:t>
      </w:r>
    </w:p>
    <w:p>
      <w:r>
        <w:t>A. 34 स्वर्ण पदक।</w:t>
        <w:br/>
      </w:r>
    </w:p>
    <w:p>
      <w:pPr>
        <w:pStyle w:val="Heading2"/>
      </w:pPr>
      <w:r>
        <w:t>पुरस्कार एवं सम्मान</w:t>
      </w:r>
    </w:p>
    <w:p>
      <w:r>
        <w:t>Q. 2025 का शांति नोबेल पुरस्कार किसे मिला?</w:t>
      </w:r>
    </w:p>
    <w:p>
      <w:r>
        <w:t>A. ग्रेटा थनबर्ग को।</w:t>
        <w:br/>
      </w:r>
    </w:p>
    <w:p>
      <w:r>
        <w:t>Q. 2025 का साहित्य का नोबेल पुरस्कार किसे मिला?</w:t>
      </w:r>
    </w:p>
    <w:p>
      <w:r>
        <w:t>A. सलमान रुश्दी को।</w:t>
        <w:br/>
      </w:r>
    </w:p>
    <w:p>
      <w:r>
        <w:t>Q. भारतीय मूल के किस व्यक्ति को अमेरिकी 'नेशनल साइंस अवॉर्ड' मिला?</w:t>
      </w:r>
    </w:p>
    <w:p>
      <w:r>
        <w:t>A. डॉ. सुब्रत पटनायक।</w:t>
        <w:br/>
      </w:r>
    </w:p>
    <w:p>
      <w:r>
        <w:t>Q. 2025 में ‘भारतीय फिल्म फेयर अवॉर्ड’ में सर्वश्रेष्ठ अभिनेता कौन बने?</w:t>
      </w:r>
    </w:p>
    <w:p>
      <w:r>
        <w:t>A. रणबीर कपूर।</w:t>
        <w:br/>
      </w:r>
    </w:p>
    <w:p>
      <w:r>
        <w:t>Q. 2025 में ‘राष्ट्रीय शिक्षक पुरस्कार’ किसे मिला?</w:t>
      </w:r>
    </w:p>
    <w:p>
      <w:r>
        <w:t>A. अंजलि देशमुख (महाराष्ट्र) को।</w:t>
        <w:br/>
      </w:r>
    </w:p>
    <w:p>
      <w:r>
        <w:t>Q. 2025 में ‘पद्म विभूषण’ किसे मिला?</w:t>
      </w:r>
    </w:p>
    <w:p>
      <w:r>
        <w:t>A. रतन टाटा।</w:t>
        <w:br/>
      </w:r>
    </w:p>
    <w:p>
      <w:r>
        <w:t>Q. ‘Dadasaheb Phalke Award 2025’ किसे मिला?</w:t>
      </w:r>
    </w:p>
    <w:p>
      <w:r>
        <w:t>A. अमिताभ बच्चन को।</w:t>
        <w:br/>
      </w:r>
    </w:p>
    <w:p>
      <w:r>
        <w:t>Q. 2025 में ‘Global Peace Award’ किस देश के प्रधानमंत्री को मिला?</w:t>
      </w:r>
    </w:p>
    <w:p>
      <w:r>
        <w:t>A. जापान के प्रधानमंत्री को।</w:t>
        <w:br/>
      </w:r>
    </w:p>
    <w:p>
      <w:r>
        <w:t>Q. ‘UNESCO Literacy Prize 2025’ किस भारतीय संस्था को मिला?</w:t>
      </w:r>
    </w:p>
    <w:p>
      <w:r>
        <w:t>A. केरल राज्य साक्षरता मिशन।</w:t>
        <w:br/>
      </w:r>
    </w:p>
    <w:p>
      <w:r>
        <w:t>Q. 2025 में ‘Best Startup of the Year’ कौन सी कंपनी बनी?</w:t>
      </w:r>
    </w:p>
    <w:p>
      <w:r>
        <w:t>A. ZyroTech Pvt Ltd.</w:t>
        <w:br/>
      </w:r>
    </w:p>
    <w:p>
      <w:pPr>
        <w:pStyle w:val="Heading2"/>
      </w:pPr>
      <w:r>
        <w:t>विज्ञान और टेक्नोलॉजी</w:t>
      </w:r>
    </w:p>
    <w:p>
      <w:r>
        <w:t>Q. भारत ने 2025 में कौन सा नया उपग्रह लॉन्च किया?</w:t>
      </w:r>
    </w:p>
    <w:p>
      <w:r>
        <w:t>A. GSAT-25।</w:t>
        <w:br/>
      </w:r>
    </w:p>
    <w:p>
      <w:r>
        <w:t>Q. ISRO ने हाल ही में किस निजी कंपनी के साथ समझौता किया?</w:t>
      </w:r>
    </w:p>
    <w:p>
      <w:r>
        <w:t>A. Skyroot Aerospace के साथ।</w:t>
        <w:br/>
      </w:r>
    </w:p>
    <w:p>
      <w:r>
        <w:t>Q. ‘Chandrayaan-3’ मिशन के बाद कौन सा मिशन चर्चा में रहा?</w:t>
      </w:r>
    </w:p>
    <w:p>
      <w:r>
        <w:t>A. Gaganyaan मिशन।</w:t>
        <w:br/>
      </w:r>
    </w:p>
    <w:p>
      <w:r>
        <w:t>Q. भारत का पहला ‘Quantum Data Center’ कहाँ स्थापित हुआ?</w:t>
      </w:r>
    </w:p>
    <w:p>
      <w:r>
        <w:t>A. बेंगलुरु में।</w:t>
        <w:br/>
      </w:r>
    </w:p>
    <w:p>
      <w:r>
        <w:t>Q. 2025 में ‘Artificial Intelligence Bill’ किस देश ने पारित किया?</w:t>
      </w:r>
    </w:p>
    <w:p>
      <w:r>
        <w:t>A. कनाडा।</w:t>
        <w:br/>
      </w:r>
    </w:p>
    <w:p>
      <w:r>
        <w:t>Q. DRDO ने 2025 में कौन सा नया रक्षा सिस्टम लॉन्च किया?</w:t>
      </w:r>
    </w:p>
    <w:p>
      <w:r>
        <w:t>A. ‘Astra Mk-II’ एयर मिसाइल सिस्टम।</w:t>
        <w:br/>
      </w:r>
    </w:p>
    <w:p>
      <w:r>
        <w:t>Q. भारत ने 2025 में कौन सी नई वैक्सीन लॉन्च की?</w:t>
      </w:r>
    </w:p>
    <w:p>
      <w:r>
        <w:t>A. डेंगू वैक्सीन ‘DengShield’।</w:t>
        <w:br/>
      </w:r>
    </w:p>
    <w:p>
      <w:r>
        <w:t>Q. ‘Hydrogen Valley Mission’ किससे संबंधित है?</w:t>
      </w:r>
    </w:p>
    <w:p>
      <w:r>
        <w:t>A. स्वच्छ ऊर्जा विकास से।</w:t>
        <w:br/>
      </w:r>
    </w:p>
    <w:p>
      <w:r>
        <w:t>Q. 2025 में विश्व का पहला 6G नेटवर्क किस देश ने लॉन्च किया?</w:t>
      </w:r>
    </w:p>
    <w:p>
      <w:r>
        <w:t>A. दक्षिण कोरिया।</w:t>
        <w:br/>
      </w:r>
    </w:p>
    <w:p>
      <w:r>
        <w:t>Q. ‘iDrone 2.0’ क्या है?</w:t>
      </w:r>
    </w:p>
    <w:p>
      <w:r>
        <w:t>A. दवा आपूर्ति के लिए ड्रोन सिस्टम।</w:t>
        <w:br/>
      </w:r>
    </w:p>
    <w:p>
      <w:pPr>
        <w:pStyle w:val="Heading2"/>
      </w:pPr>
      <w:r>
        <w:t>अन्य महत्वपूर्ण घटनाएँ</w:t>
      </w:r>
    </w:p>
    <w:p>
      <w:r>
        <w:t>Q. 24 अक्टूबर को कौन सा दिवस मनाया गया?</w:t>
      </w:r>
    </w:p>
    <w:p>
      <w:r>
        <w:t>A. संयुक्त राष्ट्र दिवस।</w:t>
        <w:br/>
      </w:r>
    </w:p>
    <w:p>
      <w:r>
        <w:t>Q. 23 अक्टूबर को कौन सा भारतीय पर्व मनाया गया?</w:t>
      </w:r>
    </w:p>
    <w:p>
      <w:r>
        <w:t>A. करवा चौथ।</w:t>
        <w:br/>
      </w:r>
    </w:p>
    <w:p>
      <w:r>
        <w:t>Q. विश्व सांख्यिकी दिवस कब मनाया गया?</w:t>
      </w:r>
    </w:p>
    <w:p>
      <w:r>
        <w:t>A. 20 अक्टूबर।</w:t>
        <w:br/>
      </w:r>
    </w:p>
    <w:p>
      <w:r>
        <w:t>Q. भारत ने हाल ही में कौन सी नई नीति जारी की?</w:t>
      </w:r>
    </w:p>
    <w:p>
      <w:r>
        <w:t>A. राष्ट्रीय साइबर सुरक्षा नीति 2025।</w:t>
        <w:br/>
      </w:r>
    </w:p>
    <w:p>
      <w:r>
        <w:t>Q. ‘Make in India’ योजना के कितने वर्ष पूरे हुए?</w:t>
      </w:r>
    </w:p>
    <w:p>
      <w:r>
        <w:t>A. 11 वर्ष।</w:t>
        <w:br/>
      </w:r>
    </w:p>
    <w:p>
      <w:r>
        <w:t>नोट: यह साप्ताहिक करेंट अफेयर्स सेट सभी प्रतियोगी परीक्षाओं के लिए उपयोगी है — UPSC, SSC, BANK, RRB, NTPC, Defence, और अन्य राज्य स्तरीय परीक्षाएँ।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